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Content Calendar Template</w:t>
      </w:r>
    </w:p>
    <w:p>
      <w:r>
        <w:t>Creator Name: _______________________</w:t>
      </w:r>
    </w:p>
    <w:p>
      <w:r>
        <w:t>Month: _____________________________</w:t>
      </w:r>
    </w:p>
    <w:p/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Date</w:t>
            </w:r>
          </w:p>
        </w:tc>
        <w:tc>
          <w:tcPr>
            <w:tcW w:type="dxa" w:w="1234"/>
          </w:tcPr>
          <w:p>
            <w:r>
              <w:t>Day</w:t>
            </w:r>
          </w:p>
        </w:tc>
        <w:tc>
          <w:tcPr>
            <w:tcW w:type="dxa" w:w="1234"/>
          </w:tcPr>
          <w:p>
            <w:r>
              <w:t>Content Type</w:t>
            </w:r>
          </w:p>
        </w:tc>
        <w:tc>
          <w:tcPr>
            <w:tcW w:type="dxa" w:w="1234"/>
          </w:tcPr>
          <w:p>
            <w:r>
              <w:t>Title/Topic</w:t>
            </w:r>
          </w:p>
        </w:tc>
        <w:tc>
          <w:tcPr>
            <w:tcW w:type="dxa" w:w="1234"/>
          </w:tcPr>
          <w:p>
            <w:r>
              <w:t>Keywords</w:t>
            </w:r>
          </w:p>
        </w:tc>
        <w:tc>
          <w:tcPr>
            <w:tcW w:type="dxa" w:w="1234"/>
          </w:tcPr>
          <w:p>
            <w:r>
              <w:t>Status</w:t>
            </w:r>
          </w:p>
        </w:tc>
        <w:tc>
          <w:tcPr>
            <w:tcW w:type="dxa" w:w="1234"/>
          </w:tcPr>
          <w:p>
            <w:r>
              <w:t>Notes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