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Invoice Template</w:t>
      </w:r>
    </w:p>
    <w:p>
      <w:r>
        <w:t>Creator Name / Business: _______________________</w:t>
      </w:r>
    </w:p>
    <w:p>
      <w:r>
        <w:t>Address: _______________________</w:t>
      </w:r>
    </w:p>
    <w:p>
      <w:r>
        <w:t>ABN / Tax ID: _______________________</w:t>
      </w:r>
    </w:p>
    <w:p>
      <w:r>
        <w:t>Invoice #: _______________________</w:t>
      </w:r>
    </w:p>
    <w:p>
      <w:r>
        <w:t>Date: _______________________</w:t>
      </w:r>
    </w:p>
    <w:p>
      <w:r>
        <w:t>Bill To: _______________________</w:t>
      </w:r>
    </w:p>
    <w:p/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Item / Service</w:t>
            </w:r>
          </w:p>
        </w:tc>
        <w:tc>
          <w:tcPr>
            <w:tcW w:type="dxa" w:w="1728"/>
          </w:tcPr>
          <w:p>
            <w:r>
              <w:t>Description</w:t>
            </w:r>
          </w:p>
        </w:tc>
        <w:tc>
          <w:tcPr>
            <w:tcW w:type="dxa" w:w="1728"/>
          </w:tcPr>
          <w:p>
            <w:r>
              <w:t>Qty</w:t>
            </w:r>
          </w:p>
        </w:tc>
        <w:tc>
          <w:tcPr>
            <w:tcW w:type="dxa" w:w="1728"/>
          </w:tcPr>
          <w:p>
            <w:r>
              <w:t>Rate ($)</w:t>
            </w:r>
          </w:p>
        </w:tc>
        <w:tc>
          <w:tcPr>
            <w:tcW w:type="dxa" w:w="1728"/>
          </w:tcPr>
          <w:p>
            <w:r>
              <w:t>Total ($)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r>
        <w:t>Total Amount Due: 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