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Video Script Template</w:t>
      </w:r>
    </w:p>
    <w:p>
      <w:r>
        <w:t>Video Title: _______________________</w:t>
      </w:r>
    </w:p>
    <w:p>
      <w:r>
        <w:t>Creator Name: ______________________</w:t>
      </w:r>
    </w:p>
    <w:p>
      <w:r>
        <w:t>Date: ______________________________</w:t>
      </w:r>
    </w:p>
    <w:p/>
    <w:p>
      <w:pPr>
        <w:pStyle w:val="Heading1"/>
      </w:pPr>
      <w:r>
        <w:t>Scene / Segment</w:t>
      </w:r>
    </w:p>
    <w:p>
      <w:r>
        <w:t>Description: ________________________</w:t>
      </w:r>
    </w:p>
    <w:p>
      <w:r>
        <w:t>Dialogue / Notes: ____________________</w:t>
      </w:r>
    </w:p>
    <w:p>
      <w:r>
        <w:t>_____________________________________________________</w:t>
      </w:r>
    </w:p>
    <w:p>
      <w:r>
        <w:t>_____________________________________________________</w:t>
      </w:r>
    </w:p>
    <w:p>
      <w:r>
        <w:t>_____________________________________________________</w:t>
      </w:r>
    </w:p>
    <w:p>
      <w:r>
        <w:t>_____________________________________________________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