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YouTube Live Stream Schedule Template</w:t>
      </w:r>
    </w:p>
    <w:p>
      <w:r>
        <w:t>Creator Name: _______________________</w:t>
      </w:r>
    </w:p>
    <w:p>
      <w:r>
        <w:t>Month: _____________________________</w:t>
      </w:r>
    </w:p>
    <w:p/>
    <w:p>
      <w:pPr>
        <w:pStyle w:val="Heading1"/>
      </w:pPr>
      <w:r>
        <w:t>Weekly Schedule</w:t>
      </w:r>
    </w:p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Date</w:t>
            </w:r>
          </w:p>
        </w:tc>
        <w:tc>
          <w:tcPr>
            <w:tcW w:type="dxa" w:w="1234"/>
          </w:tcPr>
          <w:p>
            <w:r>
              <w:t>Day</w:t>
            </w:r>
          </w:p>
        </w:tc>
        <w:tc>
          <w:tcPr>
            <w:tcW w:type="dxa" w:w="1234"/>
          </w:tcPr>
          <w:p>
            <w:r>
              <w:t>Stream Title</w:t>
            </w:r>
          </w:p>
        </w:tc>
        <w:tc>
          <w:tcPr>
            <w:tcW w:type="dxa" w:w="1234"/>
          </w:tcPr>
          <w:p>
            <w:r>
              <w:t>Start Time (AEST)</w:t>
            </w:r>
          </w:p>
        </w:tc>
        <w:tc>
          <w:tcPr>
            <w:tcW w:type="dxa" w:w="1234"/>
          </w:tcPr>
          <w:p>
            <w:r>
              <w:t>End Time (AEST)</w:t>
            </w:r>
          </w:p>
        </w:tc>
        <w:tc>
          <w:tcPr>
            <w:tcW w:type="dxa" w:w="1234"/>
          </w:tcPr>
          <w:p>
            <w:r>
              <w:t>Platform/Link</w:t>
            </w:r>
          </w:p>
        </w:tc>
        <w:tc>
          <w:tcPr>
            <w:tcW w:type="dxa" w:w="1234"/>
          </w:tcPr>
          <w:p>
            <w:r>
              <w:t>Notes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p/>
    <w:p>
      <w:pPr>
        <w:pStyle w:val="Heading2"/>
      </w:pPr>
      <w:r>
        <w:t>1. Stream Theme / Topic Ideas</w:t>
      </w:r>
    </w:p>
    <w:p>
      <w:r>
        <w:t>- _____________________________________________________</w:t>
      </w:r>
    </w:p>
    <w:p>
      <w:r>
        <w:t>- _____________________________________________________</w:t>
      </w:r>
    </w:p>
    <w:p>
      <w:pPr>
        <w:pStyle w:val="Heading2"/>
      </w:pPr>
      <w:r>
        <w:t>2. Guest / Co-Host Info</w:t>
      </w:r>
    </w:p>
    <w:p>
      <w:r>
        <w:t>Name: ___________________</w:t>
      </w:r>
    </w:p>
    <w:p>
      <w:r>
        <w:t>Contact: ________________</w:t>
      </w:r>
    </w:p>
    <w:p>
      <w:r>
        <w:t>Role / Segment: __________</w:t>
      </w:r>
    </w:p>
    <w:p>
      <w:pPr>
        <w:pStyle w:val="Heading2"/>
      </w:pPr>
      <w:r>
        <w:t>3. Promotion Plan</w:t>
      </w:r>
    </w:p>
    <w:p>
      <w:r>
        <w:t>Social Media: ___________________</w:t>
      </w:r>
    </w:p>
    <w:p>
      <w:r>
        <w:t>Community Posts: _______________</w:t>
      </w:r>
    </w:p>
    <w:p>
      <w:r>
        <w:t>Email/Newsletter: ______________</w:t>
      </w:r>
    </w:p>
    <w:p>
      <w:pPr>
        <w:pStyle w:val="Heading2"/>
      </w:pPr>
      <w:r>
        <w:t>4. Notes &amp; Reminders</w:t>
      </w:r>
    </w:p>
    <w:p>
      <w:r>
        <w:t>- _____________________________________________________</w:t>
      </w:r>
    </w:p>
    <w:p>
      <w:r>
        <w:t>- 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